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15:00-16:45 Koko kansan puskaradio</w:t>
      </w:r>
    </w:p>
    <w:p>
      <w:r>
        <w:t xml:space="preserve">Koko kansan puskaradio on elämänmakuinen näytelmä, jossa tavalliset suomalaiset saavat viimein puheenvuoron. </w:t>
      </w:r>
    </w:p>
    <w:p>
      <w:r>
        <w:t>22€ (20€ Munakan Ns. jäsen)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