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18:00-21:00 Jyrki Sukulan vierailu Härmän Kylpylässä</w:t>
      </w:r>
    </w:p>
    <w:p>
      <w:r>
        <w:t>Maailmanluokan makuja, huippuviinejä ja tarinoita niiden takaa.</w:t>
      </w:r>
    </w:p>
    <w:p>
      <w:r>
        <w:t>120 € /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