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09:00-11:00 WEBINAARI maatilojen työturvallisuudesta</w:t>
      </w:r>
    </w:p>
    <w:p>
      <w:r>
        <w:t>Maatilan työturvallisuus ei synny sattumalta. Tule oppimaan, miten toimia turvallisesti ja mitä Melan suojainsalkku sisältää 💼</w:t>
      </w:r>
    </w:p>
    <w:p>
      <w:r>
        <w:t>Tapahtuma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