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18:00-22:00 Jesse Kaikuranta @ Kalevan Navetta</w:t>
      </w:r>
    </w:p>
    <w:p>
      <w:r>
        <w:t>Jesse Kaikuranta: Christmas Jazz 9.12.2026 @ Kalevan Navetta</w:t>
      </w:r>
    </w:p>
    <w:p>
      <w:r>
        <w:t>Liput ennakkoon 28,00 €, ovelta 31,00 €. Liput Tiketissä osoitteessa https://www.tiketti.fi/tapahtuma/120744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