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Sairaalamuseo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16:30-18:00 Sairaalamuseon teemakeskiviikko: Sotasairaala 29</w:t>
      </w:r>
    </w:p>
    <w:p>
      <w:r>
        <w:t>Törnävän sairaala osana Sotasairaala 29:ää talvi- ja jatkosodan aikana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