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11:00-15:00 Levymessut Rytmikorjaamolla</w:t>
      </w:r>
    </w:p>
    <w:p>
      <w:r>
        <w:t xml:space="preserve">Levymessut Seinäjoella 31.10.2026 klo 11-15 </w:t>
      </w:r>
    </w:p>
    <w:p>
      <w:r>
        <w:t>Ovilippu 3€ | Alle 15-vuotiaat ja Selmun jäsenet maksuton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