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16:00-17:30 Muistiviikon yleisöluennon etäkatsomo Kauhavan kirjastossa</w:t>
      </w:r>
    </w:p>
    <w:p>
      <w:r>
        <w:t>Muistiviikon yleisöluennon etäkatsomo: Uutta tietoa muistisairauksista ja niiden tunnistamisesta.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