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11:30-14:30 Isänpäivän juhlalounas</w:t>
      </w:r>
    </w:p>
    <w:p>
      <w:r>
        <w:t>Su 8.11.2026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