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Alavus Ikkunat ja Ovet pääkonttori ja tehdas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18:00-20:00 Eväitä yrittäjille -ilta Alavus Ikkunat ja Ovet -yrityksessä ti 29.9. klo 18-20.</w:t>
      </w:r>
    </w:p>
    <w:p>
      <w:r>
        <w:t>Eväitä yrittäjille jalkautuu.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