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 xml:space="preserve">19:00-20:30 Pohjalainen Nainen - Sirpaleita piilossa </w:t>
      </w:r>
    </w:p>
    <w:p>
      <w:r>
        <w:t>Sirpaleita piilossa -konsertti yhdistää musiikin, runot ja pienet tarinat – ja kutsuu pysähtymään oman elämän ja sisimmän äärelle.</w:t>
      </w:r>
    </w:p>
    <w:p>
      <w:r>
        <w:t>Lippu 20 eur, Eläkeläiset ja opiskelijat 15 eur.  Pyörätuoliavustaja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