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 xml:space="preserve">11:00-12:30 Koko perheen sirkusesitys - Sirkus Jasmina </w:t>
      </w:r>
    </w:p>
    <w:p>
      <w:r>
        <w:t>Erilaiasta sirkustaidetta sekä hattaraa, popparia</w:t>
      </w:r>
    </w:p>
    <w:p>
      <w:r>
        <w:t>Liput 9€ (0-2 v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