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11:00-13:00 Virkistystä Varttuneille Kainastolla</w:t>
      </w:r>
    </w:p>
    <w:p>
      <w:r>
        <w:t>Mika Peltoniemen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