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seurakuntakoti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15:00-16:00 SyysSOI-konsertti "Juhlan aika"</w:t>
      </w:r>
    </w:p>
    <w:p>
      <w:r>
        <w:t>Ulla Lampela, sello,  Aino Palomäki, viulu,  Heli Turpela, laulu, Eeva Similä-Suokas, piano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