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10:00-20:00 Kulttuurikävely Kuortaneella</w:t>
      </w:r>
    </w:p>
    <w:p>
      <w:r>
        <w:t>Kulttuurikävely Kuortaneella la 26.9. klo 10 alkaen</w:t>
      </w:r>
    </w:p>
    <w:p>
      <w:r>
        <w:t>Osa tapahtumista maksullisia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