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17:00-18:30 Kuule, Näe, Kohtaa - Rikotaan romanikulttuurin tabuja</w:t>
      </w:r>
    </w:p>
    <w:p>
      <w:r>
        <w:t>Tapahtuma, jossa sinulla on mahdollisuus tutustua tarkemmin romanikulttuuriin sekä kysellä vapaasti. Rikotaan ennakkoluulot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