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Valkoinen Puu Cafe &amp; Shop, Seinäjoki</w:t>
      </w:r>
    </w:p>
    <w:p>
      <w:r>
        <w:t>27.9.2026 sunnuntai</w:t>
      </w:r>
    </w:p>
    <w:p>
      <w:pPr>
        <w:pStyle w:val="Heading1"/>
      </w:pPr>
      <w:r>
        <w:t>27.9.2026 sunnuntai</w:t>
      </w:r>
    </w:p>
    <w:p>
      <w:pPr>
        <w:pStyle w:val="Heading2"/>
      </w:pPr>
      <w:r>
        <w:t>16:00-17:00 Kansanedustaja Oras Tynkkynen vierailee Seinäjoella</w:t>
      </w:r>
    </w:p>
    <w:p>
      <w:r>
        <w:t>Keskustelutilaisuus Oraksen kanssa Valkoisessa puussa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