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Jyllinkoski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10:30-11:40 Kansanedustaja Oras Tynkkynen vierailee Kurikassa</w:t>
      </w:r>
    </w:p>
    <w:p>
      <w:r>
        <w:t>Leppoisa luontokävely ja sähköisiä keskusteluita Kurikassa ma 28.9. klo 10.30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