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Ilmajoki</w:t>
      </w:r>
    </w:p>
    <w:p>
      <w:r>
        <w:t>28.9.2026 maanantai</w:t>
      </w:r>
    </w:p>
    <w:p>
      <w:pPr>
        <w:pStyle w:val="Heading1"/>
      </w:pPr>
      <w:r>
        <w:t>28.9.2026 maanantai</w:t>
      </w:r>
    </w:p>
    <w:p>
      <w:pPr>
        <w:pStyle w:val="Heading2"/>
      </w:pPr>
      <w:r>
        <w:t>14:00-14:45 Kansanedustaja Oras Tynkkynen vierailee Ilmajoella</w:t>
      </w:r>
    </w:p>
    <w:p>
      <w:r>
        <w:t>Kahvituokio Oraksen kanssa Ilmajoen Next level Cafessa ma 28.9. klo 14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