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Nappo</w:t>
      </w:r>
    </w:p>
    <w:p>
      <w:r>
        <w:t>26.9.2026 lauantai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21:00-00:56 Livemusaa Napossa - Trio Sinisävel 26.9.</w:t>
      </w:r>
    </w:p>
    <w:p>
      <w:r>
        <w:t>Trio Sinisävel täyttää ravintola Napon rockin ja popin akustisilla klassikoilla 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